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DF824C" w14:textId="77777777" w:rsidR="003C6540" w:rsidRDefault="003F0D23">
      <w:pPr>
        <w:spacing w:after="40"/>
      </w:pPr>
      <w:r>
        <w:rPr>
          <w:b/>
          <w:color w:val="777777"/>
          <w:sz w:val="19"/>
        </w:rPr>
        <w:t>Obrazac broj 9</w:t>
      </w:r>
      <w:r>
        <w:rPr>
          <w:b/>
          <w:color w:val="777777"/>
          <w:sz w:val="19"/>
        </w:rPr>
        <w:br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40"/>
        <w:gridCol w:w="4320"/>
      </w:tblGrid>
      <w:tr w:rsidR="003C6540" w14:paraId="68CACDCE" w14:textId="77777777">
        <w:trPr>
          <w:jc w:val="center"/>
        </w:trPr>
        <w:tc>
          <w:tcPr>
            <w:tcW w:w="5040" w:type="dxa"/>
          </w:tcPr>
          <w:p w14:paraId="029697D2" w14:textId="77777777" w:rsidR="003C6540" w:rsidRDefault="003F0D23">
            <w:pPr>
              <w:spacing w:after="0"/>
            </w:pPr>
            <w:r>
              <w:rPr>
                <w:i/>
                <w:sz w:val="20"/>
              </w:rPr>
              <w:t>INSTITUT ZA ANTROPOLOGIJU</w:t>
            </w:r>
            <w:r>
              <w:rPr>
                <w:i/>
                <w:sz w:val="20"/>
              </w:rPr>
              <w:br/>
              <w:t>Zagreb, Ljudevita Gaja 32</w:t>
            </w:r>
          </w:p>
        </w:tc>
        <w:tc>
          <w:tcPr>
            <w:tcW w:w="4320" w:type="dxa"/>
          </w:tcPr>
          <w:p w14:paraId="664B10A7" w14:textId="77777777" w:rsidR="003C6540" w:rsidRDefault="003F0D23" w:rsidP="00661A72">
            <w:pPr>
              <w:spacing w:after="0"/>
              <w:jc w:val="right"/>
            </w:pPr>
            <w:r>
              <w:rPr>
                <w:i/>
                <w:sz w:val="20"/>
              </w:rPr>
              <w:t xml:space="preserve">Zagreb, </w:t>
            </w:r>
            <w:r w:rsidR="00C6372C">
              <w:rPr>
                <w:i/>
                <w:sz w:val="20"/>
              </w:rPr>
              <w:t>9</w:t>
            </w:r>
            <w:r w:rsidR="00661A72">
              <w:rPr>
                <w:i/>
                <w:sz w:val="20"/>
              </w:rPr>
              <w:t xml:space="preserve">. </w:t>
            </w:r>
            <w:proofErr w:type="spellStart"/>
            <w:r w:rsidR="00661A72">
              <w:rPr>
                <w:i/>
                <w:sz w:val="20"/>
              </w:rPr>
              <w:t>listopada</w:t>
            </w:r>
            <w:proofErr w:type="spellEnd"/>
            <w:r w:rsidR="00661A72">
              <w:rPr>
                <w:i/>
                <w:sz w:val="20"/>
              </w:rPr>
              <w:t>,</w:t>
            </w:r>
            <w:r>
              <w:rPr>
                <w:i/>
                <w:sz w:val="20"/>
              </w:rPr>
              <w:t xml:space="preserve"> 2026. godine</w:t>
            </w:r>
          </w:p>
        </w:tc>
      </w:tr>
    </w:tbl>
    <w:p w14:paraId="47464156" w14:textId="77777777" w:rsidR="003C6540" w:rsidRDefault="003C6540">
      <w:pPr>
        <w:spacing w:before="120" w:after="240"/>
      </w:pPr>
    </w:p>
    <w:p w14:paraId="6D45507D" w14:textId="77777777" w:rsidR="003C6540" w:rsidRDefault="00C6372C">
      <w:pPr>
        <w:spacing w:before="240" w:after="240"/>
        <w:jc w:val="center"/>
      </w:pPr>
      <w:proofErr w:type="spellStart"/>
      <w:r>
        <w:rPr>
          <w:b/>
          <w:color w:val="1F4E78"/>
          <w:sz w:val="28"/>
        </w:rPr>
        <w:t>Radničko</w:t>
      </w:r>
      <w:proofErr w:type="spellEnd"/>
      <w:r>
        <w:rPr>
          <w:b/>
          <w:color w:val="1F4E78"/>
          <w:sz w:val="28"/>
        </w:rPr>
        <w:t xml:space="preserve"> </w:t>
      </w:r>
      <w:proofErr w:type="spellStart"/>
      <w:r>
        <w:rPr>
          <w:b/>
          <w:color w:val="1F4E78"/>
          <w:sz w:val="28"/>
        </w:rPr>
        <w:t>vijeće</w:t>
      </w:r>
      <w:proofErr w:type="spellEnd"/>
      <w:r w:rsidR="003F0D23">
        <w:rPr>
          <w:b/>
          <w:color w:val="1F4E78"/>
          <w:sz w:val="28"/>
        </w:rPr>
        <w:t xml:space="preserve"> </w:t>
      </w:r>
      <w:proofErr w:type="spellStart"/>
      <w:r w:rsidR="003F0D23">
        <w:rPr>
          <w:b/>
          <w:color w:val="1F4E78"/>
          <w:sz w:val="28"/>
        </w:rPr>
        <w:t>donosi</w:t>
      </w:r>
      <w:proofErr w:type="spellEnd"/>
    </w:p>
    <w:p w14:paraId="172DB9DB" w14:textId="77777777" w:rsidR="003C6540" w:rsidRDefault="003F0D23">
      <w:pPr>
        <w:spacing w:after="240"/>
        <w:jc w:val="center"/>
      </w:pPr>
      <w:r>
        <w:rPr>
          <w:b/>
          <w:sz w:val="24"/>
        </w:rPr>
        <w:t xml:space="preserve">ODLUKU O </w:t>
      </w:r>
      <w:r w:rsidR="00BC6C60">
        <w:rPr>
          <w:b/>
          <w:sz w:val="24"/>
        </w:rPr>
        <w:t>RASPISIVANJU</w:t>
      </w:r>
      <w:r>
        <w:rPr>
          <w:b/>
          <w:sz w:val="24"/>
        </w:rPr>
        <w:t xml:space="preserve"> IZBORA ZA RADNIČKO VIJEĆE</w:t>
      </w:r>
    </w:p>
    <w:p w14:paraId="503FD682" w14:textId="77777777" w:rsidR="00BC6C60" w:rsidRDefault="00BC6C60" w:rsidP="00A1458E">
      <w:pPr>
        <w:jc w:val="both"/>
      </w:pPr>
      <w:proofErr w:type="spellStart"/>
      <w:r>
        <w:t>Sukladno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164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radu</w:t>
      </w:r>
      <w:proofErr w:type="spellEnd"/>
      <w:r>
        <w:t xml:space="preserve"> (ZOR) I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5 </w:t>
      </w:r>
      <w:proofErr w:type="spellStart"/>
      <w:r w:rsidRPr="00BC6C60">
        <w:t>Pravilnik</w:t>
      </w:r>
      <w:r>
        <w:t>a</w:t>
      </w:r>
      <w:proofErr w:type="spellEnd"/>
      <w:r w:rsidRPr="00BC6C60">
        <w:t xml:space="preserve"> o </w:t>
      </w:r>
      <w:proofErr w:type="spellStart"/>
      <w:r w:rsidRPr="00BC6C60">
        <w:t>postupku</w:t>
      </w:r>
      <w:proofErr w:type="spellEnd"/>
      <w:r w:rsidRPr="00BC6C60">
        <w:t xml:space="preserve"> </w:t>
      </w:r>
      <w:proofErr w:type="spellStart"/>
      <w:r w:rsidRPr="00BC6C60">
        <w:t>izbora</w:t>
      </w:r>
      <w:proofErr w:type="spellEnd"/>
      <w:r w:rsidRPr="00BC6C60">
        <w:t xml:space="preserve"> </w:t>
      </w:r>
      <w:proofErr w:type="spellStart"/>
      <w:r w:rsidRPr="00BC6C60">
        <w:t>radničkog</w:t>
      </w:r>
      <w:proofErr w:type="spellEnd"/>
      <w:r w:rsidRPr="00BC6C60">
        <w:t xml:space="preserve"> </w:t>
      </w:r>
      <w:proofErr w:type="spellStart"/>
      <w:r w:rsidRPr="00BC6C60">
        <w:t>vijeća</w:t>
      </w:r>
      <w:proofErr w:type="spellEnd"/>
      <w:r w:rsidRPr="00BC6C60">
        <w:t xml:space="preserve"> (NN 3/16, 52/17)</w:t>
      </w:r>
      <w:r>
        <w:t xml:space="preserve"> do 7. </w:t>
      </w:r>
      <w:proofErr w:type="spellStart"/>
      <w:r>
        <w:t>prosinca</w:t>
      </w:r>
      <w:proofErr w:type="spellEnd"/>
      <w:r>
        <w:t xml:space="preserve"> 2026.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smo</w:t>
      </w:r>
      <w:proofErr w:type="spellEnd"/>
      <w:r>
        <w:t xml:space="preserve"> </w:t>
      </w:r>
      <w:proofErr w:type="spellStart"/>
      <w:r>
        <w:t>proesti</w:t>
      </w:r>
      <w:proofErr w:type="spellEnd"/>
      <w:r>
        <w:t xml:space="preserve"> </w:t>
      </w:r>
      <w:proofErr w:type="spellStart"/>
      <w:r>
        <w:t>redovne</w:t>
      </w:r>
      <w:proofErr w:type="spellEnd"/>
      <w:r>
        <w:t xml:space="preserve"> </w:t>
      </w:r>
      <w:proofErr w:type="spellStart"/>
      <w:r>
        <w:t>izbore</w:t>
      </w:r>
      <w:proofErr w:type="spellEnd"/>
      <w:r>
        <w:t xml:space="preserve"> za </w:t>
      </w:r>
      <w:proofErr w:type="spellStart"/>
      <w:r>
        <w:t>radničko</w:t>
      </w:r>
      <w:proofErr w:type="spellEnd"/>
      <w:r>
        <w:t xml:space="preserve"> </w:t>
      </w:r>
      <w:proofErr w:type="spellStart"/>
      <w:r>
        <w:t>vijeće</w:t>
      </w:r>
      <w:proofErr w:type="spellEnd"/>
      <w:r>
        <w:t>.</w:t>
      </w:r>
    </w:p>
    <w:p w14:paraId="3C150BCC" w14:textId="77777777" w:rsidR="003C6540" w:rsidRDefault="003F0D23" w:rsidP="00A1458E">
      <w:pPr>
        <w:jc w:val="both"/>
      </w:pPr>
      <w:proofErr w:type="spellStart"/>
      <w:r>
        <w:t>Radničko</w:t>
      </w:r>
      <w:proofErr w:type="spellEnd"/>
      <w:r>
        <w:t xml:space="preserve"> </w:t>
      </w:r>
      <w:proofErr w:type="spellStart"/>
      <w:r>
        <w:t>vijeće</w:t>
      </w:r>
      <w:proofErr w:type="spellEnd"/>
      <w:r>
        <w:t xml:space="preserve"> </w:t>
      </w:r>
      <w:proofErr w:type="spellStart"/>
      <w:r>
        <w:t>imat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r w:rsidR="00C6372C">
        <w:rPr>
          <w:b/>
        </w:rPr>
        <w:t>1</w:t>
      </w:r>
      <w:r>
        <w:rPr>
          <w:b/>
        </w:rPr>
        <w:t xml:space="preserve"> (</w:t>
      </w:r>
      <w:proofErr w:type="spellStart"/>
      <w:r w:rsidR="00C6372C">
        <w:rPr>
          <w:b/>
        </w:rPr>
        <w:t>jednog</w:t>
      </w:r>
      <w:proofErr w:type="spellEnd"/>
      <w:r>
        <w:rPr>
          <w:b/>
        </w:rPr>
        <w:t xml:space="preserve">) </w:t>
      </w:r>
      <w:proofErr w:type="spellStart"/>
      <w:r>
        <w:rPr>
          <w:b/>
        </w:rPr>
        <w:t>člana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r w:rsidR="00C6372C">
        <w:rPr>
          <w:b/>
        </w:rPr>
        <w:t>1</w:t>
      </w:r>
      <w:r>
        <w:rPr>
          <w:b/>
        </w:rPr>
        <w:t xml:space="preserve"> (</w:t>
      </w:r>
      <w:proofErr w:type="spellStart"/>
      <w:r w:rsidR="00C6372C">
        <w:rPr>
          <w:b/>
        </w:rPr>
        <w:t>jednog</w:t>
      </w:r>
      <w:proofErr w:type="spellEnd"/>
      <w:r>
        <w:rPr>
          <w:b/>
        </w:rPr>
        <w:t xml:space="preserve">) </w:t>
      </w:r>
      <w:proofErr w:type="spellStart"/>
      <w:r>
        <w:rPr>
          <w:b/>
        </w:rPr>
        <w:t>zamjenika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člana</w:t>
      </w:r>
      <w:proofErr w:type="spellEnd"/>
      <w:r>
        <w:t xml:space="preserve"> (u </w:t>
      </w:r>
      <w:proofErr w:type="spellStart"/>
      <w:r>
        <w:t>skladu</w:t>
      </w:r>
      <w:proofErr w:type="spellEnd"/>
      <w:r>
        <w:t xml:space="preserve"> s </w:t>
      </w:r>
      <w:proofErr w:type="spellStart"/>
      <w:r>
        <w:t>člankom</w:t>
      </w:r>
      <w:proofErr w:type="spellEnd"/>
      <w:r>
        <w:t xml:space="preserve"> 142.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radu</w:t>
      </w:r>
      <w:proofErr w:type="spellEnd"/>
      <w:r>
        <w:t>).</w:t>
      </w:r>
    </w:p>
    <w:p w14:paraId="0E727165" w14:textId="77777777" w:rsidR="00BC6C60" w:rsidRDefault="00BC6C60" w:rsidP="00A1458E">
      <w:pPr>
        <w:jc w:val="both"/>
      </w:pPr>
      <w:proofErr w:type="spellStart"/>
      <w:r>
        <w:t>Izbore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provesti</w:t>
      </w:r>
      <w:proofErr w:type="spellEnd"/>
      <w:r>
        <w:t xml:space="preserve"> </w:t>
      </w:r>
      <w:proofErr w:type="spellStart"/>
      <w:r>
        <w:t>Izborni</w:t>
      </w:r>
      <w:proofErr w:type="spellEnd"/>
      <w:r>
        <w:t xml:space="preserve"> </w:t>
      </w:r>
      <w:proofErr w:type="spellStart"/>
      <w:r>
        <w:t>odbor</w:t>
      </w:r>
      <w:proofErr w:type="spellEnd"/>
      <w:r>
        <w:t xml:space="preserve"> koji </w:t>
      </w:r>
      <w:proofErr w:type="spellStart"/>
      <w:r>
        <w:t>broji</w:t>
      </w:r>
      <w:proofErr w:type="spellEnd"/>
      <w:r>
        <w:t xml:space="preserve"> </w:t>
      </w:r>
      <w:r w:rsidRPr="002C4235">
        <w:rPr>
          <w:b/>
        </w:rPr>
        <w:t xml:space="preserve">tri </w:t>
      </w:r>
      <w:proofErr w:type="spellStart"/>
      <w:r w:rsidRPr="002C4235">
        <w:rPr>
          <w:b/>
        </w:rPr>
        <w:t>člana</w:t>
      </w:r>
      <w:proofErr w:type="spellEnd"/>
      <w:r w:rsidRPr="002C4235">
        <w:rPr>
          <w:b/>
        </w:rPr>
        <w:t xml:space="preserve"> I </w:t>
      </w:r>
      <w:proofErr w:type="spellStart"/>
      <w:r w:rsidRPr="002C4235">
        <w:rPr>
          <w:b/>
        </w:rPr>
        <w:t>njihove</w:t>
      </w:r>
      <w:proofErr w:type="spellEnd"/>
      <w:r w:rsidRPr="002C4235">
        <w:rPr>
          <w:b/>
        </w:rPr>
        <w:t xml:space="preserve"> </w:t>
      </w:r>
      <w:proofErr w:type="spellStart"/>
      <w:r w:rsidRPr="002C4235">
        <w:rPr>
          <w:b/>
        </w:rPr>
        <w:t>zamjenike</w:t>
      </w:r>
      <w:proofErr w:type="spellEnd"/>
      <w:r w:rsidR="002C4235">
        <w:t xml:space="preserve">. </w:t>
      </w:r>
      <w:proofErr w:type="spellStart"/>
      <w:r w:rsidR="002C4235" w:rsidRPr="002C4235">
        <w:t>Članovi</w:t>
      </w:r>
      <w:proofErr w:type="spellEnd"/>
      <w:r w:rsidR="002C4235" w:rsidRPr="002C4235">
        <w:t xml:space="preserve"> </w:t>
      </w:r>
      <w:proofErr w:type="spellStart"/>
      <w:r w:rsidR="002C4235" w:rsidRPr="002C4235">
        <w:t>izbornog</w:t>
      </w:r>
      <w:proofErr w:type="spellEnd"/>
      <w:r w:rsidR="002C4235" w:rsidRPr="002C4235">
        <w:t xml:space="preserve"> </w:t>
      </w:r>
      <w:proofErr w:type="spellStart"/>
      <w:r w:rsidR="002C4235" w:rsidRPr="002C4235">
        <w:t>odbora</w:t>
      </w:r>
      <w:proofErr w:type="spellEnd"/>
      <w:r w:rsidR="002C4235" w:rsidRPr="002C4235">
        <w:t xml:space="preserve"> </w:t>
      </w:r>
      <w:proofErr w:type="spellStart"/>
      <w:r w:rsidR="002C4235" w:rsidRPr="002C4235">
        <w:t>između</w:t>
      </w:r>
      <w:proofErr w:type="spellEnd"/>
      <w:r w:rsidR="002C4235" w:rsidRPr="002C4235">
        <w:t xml:space="preserve"> </w:t>
      </w:r>
      <w:proofErr w:type="spellStart"/>
      <w:r w:rsidR="002C4235" w:rsidRPr="002C4235">
        <w:t>sebe</w:t>
      </w:r>
      <w:proofErr w:type="spellEnd"/>
      <w:r w:rsidR="002C4235" w:rsidRPr="002C4235">
        <w:t xml:space="preserve"> </w:t>
      </w:r>
      <w:proofErr w:type="spellStart"/>
      <w:r w:rsidR="002C4235" w:rsidRPr="002C4235">
        <w:t>većinom</w:t>
      </w:r>
      <w:proofErr w:type="spellEnd"/>
      <w:r w:rsidR="002C4235" w:rsidRPr="002C4235">
        <w:t xml:space="preserve"> </w:t>
      </w:r>
      <w:proofErr w:type="spellStart"/>
      <w:r w:rsidR="002C4235" w:rsidRPr="002C4235">
        <w:t>glasova</w:t>
      </w:r>
      <w:proofErr w:type="spellEnd"/>
      <w:r w:rsidR="002C4235" w:rsidRPr="002C4235">
        <w:t xml:space="preserve"> </w:t>
      </w:r>
      <w:proofErr w:type="spellStart"/>
      <w:r w:rsidR="002C4235" w:rsidRPr="002C4235">
        <w:t>izaberu</w:t>
      </w:r>
      <w:proofErr w:type="spellEnd"/>
      <w:r w:rsidR="002C4235" w:rsidRPr="002C4235">
        <w:t xml:space="preserve"> </w:t>
      </w:r>
      <w:proofErr w:type="spellStart"/>
      <w:r w:rsidR="002C4235" w:rsidRPr="002C4235">
        <w:t>predsjednika</w:t>
      </w:r>
      <w:proofErr w:type="spellEnd"/>
      <w:r w:rsidR="002C4235" w:rsidRPr="002C4235">
        <w:t xml:space="preserve"> </w:t>
      </w:r>
      <w:proofErr w:type="spellStart"/>
      <w:r w:rsidR="002C4235" w:rsidRPr="002C4235">
        <w:t>izbornog</w:t>
      </w:r>
      <w:proofErr w:type="spellEnd"/>
      <w:r w:rsidR="002C4235" w:rsidRPr="002C4235">
        <w:t xml:space="preserve"> </w:t>
      </w:r>
      <w:proofErr w:type="spellStart"/>
      <w:r w:rsidR="002C4235" w:rsidRPr="002C4235">
        <w:t>odbora</w:t>
      </w:r>
      <w:proofErr w:type="spellEnd"/>
      <w:r w:rsidR="002C4235" w:rsidRPr="002C4235">
        <w:t xml:space="preserve"> (</w:t>
      </w:r>
      <w:proofErr w:type="spellStart"/>
      <w:r w:rsidR="002C4235" w:rsidRPr="002C4235">
        <w:t>Pravilnik</w:t>
      </w:r>
      <w:proofErr w:type="spellEnd"/>
      <w:r w:rsidR="002C4235" w:rsidRPr="002C4235">
        <w:t xml:space="preserve">, </w:t>
      </w:r>
      <w:proofErr w:type="spellStart"/>
      <w:r w:rsidR="002C4235" w:rsidRPr="002C4235">
        <w:t>Članak</w:t>
      </w:r>
      <w:proofErr w:type="spellEnd"/>
      <w:r w:rsidR="002C4235" w:rsidRPr="002C4235">
        <w:t xml:space="preserve"> 5, </w:t>
      </w:r>
      <w:proofErr w:type="spellStart"/>
      <w:r w:rsidR="002C4235" w:rsidRPr="002C4235">
        <w:t>stavak</w:t>
      </w:r>
      <w:proofErr w:type="spellEnd"/>
      <w:r w:rsidR="002C4235" w:rsidRPr="002C4235">
        <w:t xml:space="preserve"> 5) </w:t>
      </w:r>
      <w:proofErr w:type="spellStart"/>
      <w:r w:rsidR="002C4235" w:rsidRPr="002C4235">
        <w:t>te</w:t>
      </w:r>
      <w:proofErr w:type="spellEnd"/>
      <w:r w:rsidR="002C4235" w:rsidRPr="002C4235">
        <w:t xml:space="preserve"> u </w:t>
      </w:r>
      <w:proofErr w:type="spellStart"/>
      <w:r w:rsidR="002C4235" w:rsidRPr="002C4235">
        <w:t>roku</w:t>
      </w:r>
      <w:proofErr w:type="spellEnd"/>
      <w:r w:rsidR="002C4235" w:rsidRPr="002C4235">
        <w:t xml:space="preserve"> od pet </w:t>
      </w:r>
      <w:proofErr w:type="spellStart"/>
      <w:r w:rsidR="002C4235" w:rsidRPr="002C4235">
        <w:t>radnih</w:t>
      </w:r>
      <w:proofErr w:type="spellEnd"/>
      <w:r w:rsidR="002C4235" w:rsidRPr="002C4235">
        <w:t xml:space="preserve"> dana od dana </w:t>
      </w:r>
      <w:proofErr w:type="spellStart"/>
      <w:r w:rsidR="002C4235" w:rsidRPr="002C4235">
        <w:t>kad</w:t>
      </w:r>
      <w:proofErr w:type="spellEnd"/>
      <w:r w:rsidR="002C4235" w:rsidRPr="002C4235">
        <w:t xml:space="preserve"> </w:t>
      </w:r>
      <w:proofErr w:type="spellStart"/>
      <w:r w:rsidR="002C4235" w:rsidRPr="002C4235">
        <w:t>im</w:t>
      </w:r>
      <w:proofErr w:type="spellEnd"/>
      <w:r w:rsidR="002C4235" w:rsidRPr="002C4235">
        <w:t xml:space="preserve"> je </w:t>
      </w:r>
      <w:proofErr w:type="spellStart"/>
      <w:r w:rsidR="002C4235" w:rsidRPr="002C4235">
        <w:t>dostavljena</w:t>
      </w:r>
      <w:proofErr w:type="spellEnd"/>
      <w:r w:rsidR="002C4235" w:rsidRPr="002C4235">
        <w:t xml:space="preserve"> </w:t>
      </w:r>
      <w:proofErr w:type="spellStart"/>
      <w:r w:rsidR="002C4235" w:rsidRPr="002C4235">
        <w:t>odluke</w:t>
      </w:r>
      <w:proofErr w:type="spellEnd"/>
      <w:r w:rsidR="002C4235" w:rsidRPr="002C4235">
        <w:t xml:space="preserve"> o </w:t>
      </w:r>
      <w:proofErr w:type="spellStart"/>
      <w:r w:rsidR="002C4235" w:rsidRPr="002C4235">
        <w:t>imenovanju</w:t>
      </w:r>
      <w:proofErr w:type="spellEnd"/>
      <w:r w:rsidR="002C4235" w:rsidRPr="002C4235">
        <w:t xml:space="preserve"> </w:t>
      </w:r>
      <w:proofErr w:type="spellStart"/>
      <w:r w:rsidR="002C4235" w:rsidRPr="002C4235">
        <w:t>donose</w:t>
      </w:r>
      <w:proofErr w:type="spellEnd"/>
      <w:r w:rsidR="002C4235" w:rsidRPr="002C4235">
        <w:t xml:space="preserve"> </w:t>
      </w:r>
      <w:proofErr w:type="spellStart"/>
      <w:r w:rsidR="002C4235" w:rsidRPr="002C4235">
        <w:t>odluku</w:t>
      </w:r>
      <w:proofErr w:type="spellEnd"/>
      <w:r w:rsidR="002C4235" w:rsidRPr="002C4235">
        <w:t xml:space="preserve"> o </w:t>
      </w:r>
      <w:proofErr w:type="spellStart"/>
      <w:r w:rsidR="002C4235" w:rsidRPr="002C4235">
        <w:t>provođenju</w:t>
      </w:r>
      <w:proofErr w:type="spellEnd"/>
      <w:r w:rsidR="002C4235" w:rsidRPr="002C4235">
        <w:t xml:space="preserve"> </w:t>
      </w:r>
      <w:proofErr w:type="spellStart"/>
      <w:r w:rsidR="002C4235" w:rsidRPr="002C4235">
        <w:t>izbora</w:t>
      </w:r>
      <w:proofErr w:type="spellEnd"/>
      <w:r w:rsidR="002C4235" w:rsidRPr="002C4235">
        <w:t xml:space="preserve"> za </w:t>
      </w:r>
      <w:proofErr w:type="spellStart"/>
      <w:r w:rsidR="002C4235" w:rsidRPr="002C4235">
        <w:t>radničko</w:t>
      </w:r>
      <w:proofErr w:type="spellEnd"/>
      <w:r w:rsidR="002C4235" w:rsidRPr="002C4235">
        <w:t xml:space="preserve"> </w:t>
      </w:r>
      <w:proofErr w:type="spellStart"/>
      <w:r w:rsidR="002C4235" w:rsidRPr="002C4235">
        <w:t>vijeće</w:t>
      </w:r>
      <w:proofErr w:type="spellEnd"/>
      <w:r w:rsidR="002C4235" w:rsidRPr="002C4235">
        <w:t xml:space="preserve"> (</w:t>
      </w:r>
      <w:proofErr w:type="spellStart"/>
      <w:r w:rsidR="002C4235" w:rsidRPr="002C4235">
        <w:t>Pravilnik</w:t>
      </w:r>
      <w:proofErr w:type="spellEnd"/>
      <w:r w:rsidR="002C4235" w:rsidRPr="002C4235">
        <w:t xml:space="preserve">, </w:t>
      </w:r>
      <w:proofErr w:type="spellStart"/>
      <w:r w:rsidR="002C4235" w:rsidRPr="002C4235">
        <w:t>Članak</w:t>
      </w:r>
      <w:proofErr w:type="spellEnd"/>
      <w:r w:rsidR="002C4235" w:rsidRPr="002C4235">
        <w:t xml:space="preserve"> 6).</w:t>
      </w:r>
    </w:p>
    <w:p w14:paraId="5774F2D3" w14:textId="77777777" w:rsidR="003C6540" w:rsidRDefault="003F0D23" w:rsidP="00A1458E">
      <w:pPr>
        <w:jc w:val="both"/>
      </w:pPr>
      <w:r>
        <w:t xml:space="preserve">Glasovanje za </w:t>
      </w:r>
      <w:proofErr w:type="spellStart"/>
      <w:r>
        <w:t>izbor</w:t>
      </w:r>
      <w:proofErr w:type="spellEnd"/>
      <w:r>
        <w:t xml:space="preserve"> </w:t>
      </w:r>
      <w:proofErr w:type="spellStart"/>
      <w:r>
        <w:t>radničkog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</w:t>
      </w:r>
      <w:proofErr w:type="spellStart"/>
      <w:r>
        <w:t>obavit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 w:rsidR="00BC6C60">
        <w:t>prema</w:t>
      </w:r>
      <w:proofErr w:type="spellEnd"/>
      <w:r w:rsidR="00BC6C60">
        <w:t xml:space="preserve"> </w:t>
      </w:r>
      <w:proofErr w:type="spellStart"/>
      <w:r w:rsidR="00BC6C60">
        <w:t>odluci</w:t>
      </w:r>
      <w:proofErr w:type="spellEnd"/>
      <w:r w:rsidR="00BC6C60">
        <w:t xml:space="preserve"> </w:t>
      </w:r>
      <w:proofErr w:type="spellStart"/>
      <w:r w:rsidR="00BC6C60">
        <w:t>Izbornog</w:t>
      </w:r>
      <w:proofErr w:type="spellEnd"/>
      <w:r w:rsidR="00BC6C60">
        <w:t xml:space="preserve"> </w:t>
      </w:r>
      <w:proofErr w:type="spellStart"/>
      <w:r w:rsidR="00BC6C60">
        <w:t>odbora</w:t>
      </w:r>
      <w:proofErr w:type="spellEnd"/>
      <w:r>
        <w:t xml:space="preserve"> </w:t>
      </w:r>
      <w:proofErr w:type="spellStart"/>
      <w:r w:rsidR="00C6372C">
        <w:t>putem</w:t>
      </w:r>
      <w:proofErr w:type="spellEnd"/>
      <w:r w:rsidR="00C6372C">
        <w:t xml:space="preserve"> </w:t>
      </w:r>
      <w:proofErr w:type="spellStart"/>
      <w:r w:rsidR="00C6372C">
        <w:t>informacijsko-telekomunikacijske</w:t>
      </w:r>
      <w:proofErr w:type="spellEnd"/>
      <w:r w:rsidR="00C6372C">
        <w:t xml:space="preserve"> </w:t>
      </w:r>
      <w:proofErr w:type="spellStart"/>
      <w:r w:rsidR="00C6372C">
        <w:t>tehnologije</w:t>
      </w:r>
      <w:proofErr w:type="spellEnd"/>
      <w:r w:rsidR="00C6372C">
        <w:t xml:space="preserve"> (čl.24.c </w:t>
      </w:r>
      <w:proofErr w:type="spellStart"/>
      <w:r w:rsidR="00C6372C">
        <w:t>Pravilnika</w:t>
      </w:r>
      <w:proofErr w:type="spellEnd"/>
      <w:r w:rsidR="00C6372C">
        <w:t xml:space="preserve"> I </w:t>
      </w:r>
      <w:proofErr w:type="spellStart"/>
      <w:r w:rsidR="00C6372C">
        <w:t>Odluke</w:t>
      </w:r>
      <w:proofErr w:type="spellEnd"/>
      <w:r w:rsidR="00C6372C">
        <w:t xml:space="preserve"> od 29.9.2022. </w:t>
      </w:r>
      <w:proofErr w:type="spellStart"/>
      <w:r w:rsidR="00C6372C">
        <w:t>barkod</w:t>
      </w:r>
      <w:proofErr w:type="spellEnd"/>
      <w:r w:rsidR="00C6372C">
        <w:t xml:space="preserve"> 20221396)</w:t>
      </w:r>
      <w:r>
        <w:t xml:space="preserve"> </w:t>
      </w:r>
      <w:proofErr w:type="spellStart"/>
      <w:r>
        <w:t>Institut</w:t>
      </w:r>
      <w:r w:rsidR="00C6372C">
        <w:t>a</w:t>
      </w:r>
      <w:proofErr w:type="spellEnd"/>
      <w:r>
        <w:t xml:space="preserve"> za </w:t>
      </w:r>
      <w:proofErr w:type="spellStart"/>
      <w:r>
        <w:t>antropolog</w:t>
      </w:r>
      <w:r w:rsidR="00C6372C">
        <w:t>iju</w:t>
      </w:r>
      <w:proofErr w:type="spellEnd"/>
      <w:r w:rsidR="00C6372C">
        <w:t xml:space="preserve">, Zagreb, </w:t>
      </w:r>
      <w:proofErr w:type="spellStart"/>
      <w:r w:rsidR="00C6372C">
        <w:t>Ljudevita</w:t>
      </w:r>
      <w:proofErr w:type="spellEnd"/>
      <w:r w:rsidR="00C6372C">
        <w:t xml:space="preserve"> </w:t>
      </w:r>
      <w:proofErr w:type="spellStart"/>
      <w:r w:rsidR="00C6372C">
        <w:t>Gaja</w:t>
      </w:r>
      <w:proofErr w:type="spellEnd"/>
      <w:r w:rsidR="00C6372C">
        <w:t xml:space="preserve"> 32.</w:t>
      </w:r>
    </w:p>
    <w:p w14:paraId="3C947F44" w14:textId="77777777" w:rsidR="003C6540" w:rsidRDefault="003F0D23" w:rsidP="00A1458E">
      <w:pPr>
        <w:jc w:val="both"/>
      </w:pPr>
      <w:r>
        <w:t xml:space="preserve">Lista </w:t>
      </w:r>
      <w:proofErr w:type="spellStart"/>
      <w:r>
        <w:t>kandidata</w:t>
      </w:r>
      <w:proofErr w:type="spellEnd"/>
      <w:r>
        <w:t xml:space="preserve"> za </w:t>
      </w:r>
      <w:proofErr w:type="spellStart"/>
      <w:r>
        <w:t>članove</w:t>
      </w:r>
      <w:proofErr w:type="spellEnd"/>
      <w:r>
        <w:t xml:space="preserve"> </w:t>
      </w:r>
      <w:proofErr w:type="spellStart"/>
      <w:r w:rsidR="002C4235">
        <w:t>Izbornog</w:t>
      </w:r>
      <w:proofErr w:type="spellEnd"/>
      <w:r w:rsidR="002C4235">
        <w:t xml:space="preserve"> </w:t>
      </w:r>
      <w:proofErr w:type="spellStart"/>
      <w:r w:rsidR="002C4235">
        <w:t>odbora</w:t>
      </w:r>
      <w:proofErr w:type="spellEnd"/>
      <w:r w:rsidR="002C4235">
        <w:t xml:space="preserve"> I </w:t>
      </w:r>
      <w:proofErr w:type="spellStart"/>
      <w:r w:rsidR="002C4235">
        <w:t>člana</w:t>
      </w:r>
      <w:proofErr w:type="spellEnd"/>
      <w:r w:rsidR="002C4235">
        <w:t xml:space="preserve"> </w:t>
      </w:r>
      <w:proofErr w:type="spellStart"/>
      <w:r w:rsidR="002C4235">
        <w:t>Radničkog</w:t>
      </w:r>
      <w:proofErr w:type="spellEnd"/>
      <w:r w:rsidR="002C4235">
        <w:t xml:space="preserve"> </w:t>
      </w:r>
      <w:proofErr w:type="spellStart"/>
      <w:r w:rsidR="002C4235">
        <w:t>vijeća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podnijeti</w:t>
      </w:r>
      <w:proofErr w:type="spellEnd"/>
      <w:r>
        <w:t xml:space="preserve"> u roku od </w:t>
      </w:r>
      <w:r>
        <w:rPr>
          <w:b/>
        </w:rPr>
        <w:t>pet radnih dana</w:t>
      </w:r>
      <w:r>
        <w:t xml:space="preserve"> od dana objave ove odluke. Lista </w:t>
      </w:r>
      <w:proofErr w:type="spellStart"/>
      <w:r>
        <w:t>kandidata</w:t>
      </w:r>
      <w:proofErr w:type="spellEnd"/>
      <w:r>
        <w:t xml:space="preserve"> se </w:t>
      </w:r>
      <w:proofErr w:type="spellStart"/>
      <w:r>
        <w:t>dostavlja</w:t>
      </w:r>
      <w:proofErr w:type="spellEnd"/>
      <w:r>
        <w:t xml:space="preserve"> </w:t>
      </w:r>
      <w:proofErr w:type="spellStart"/>
      <w:r w:rsidR="002C4235">
        <w:t>Radničkom</w:t>
      </w:r>
      <w:proofErr w:type="spellEnd"/>
      <w:r w:rsidR="002C4235">
        <w:t xml:space="preserve"> </w:t>
      </w:r>
      <w:proofErr w:type="spellStart"/>
      <w:r w:rsidR="002C4235">
        <w:t>vijeću</w:t>
      </w:r>
      <w:proofErr w:type="spellEnd"/>
      <w:r>
        <w:t>.</w:t>
      </w:r>
    </w:p>
    <w:p w14:paraId="27E31BC9" w14:textId="77777777" w:rsidR="003C6540" w:rsidRDefault="003F0D23" w:rsidP="00A1458E">
      <w:pPr>
        <w:jc w:val="both"/>
      </w:pPr>
      <w:r>
        <w:t xml:space="preserve">Na listi kandidata mora biti predloženo </w:t>
      </w:r>
      <w:proofErr w:type="spellStart"/>
      <w:r>
        <w:t>onoliko</w:t>
      </w:r>
      <w:proofErr w:type="spellEnd"/>
      <w:r>
        <w:t xml:space="preserve"> </w:t>
      </w:r>
      <w:proofErr w:type="spellStart"/>
      <w:r>
        <w:t>radnika</w:t>
      </w:r>
      <w:proofErr w:type="spellEnd"/>
      <w:r>
        <w:t xml:space="preserve"> </w:t>
      </w:r>
      <w:proofErr w:type="spellStart"/>
      <w:r>
        <w:t>koliko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imati</w:t>
      </w:r>
      <w:proofErr w:type="spellEnd"/>
      <w:r>
        <w:t xml:space="preserve"> </w:t>
      </w:r>
      <w:proofErr w:type="spellStart"/>
      <w:r w:rsidR="002C4235">
        <w:t>Izborni</w:t>
      </w:r>
      <w:proofErr w:type="spellEnd"/>
      <w:r w:rsidR="002C4235">
        <w:t xml:space="preserve"> </w:t>
      </w:r>
      <w:proofErr w:type="spellStart"/>
      <w:r w:rsidR="002C4235">
        <w:t>odbor</w:t>
      </w:r>
      <w:proofErr w:type="spellEnd"/>
      <w:r w:rsidR="008A6D97">
        <w:t xml:space="preserve"> </w:t>
      </w:r>
      <w:proofErr w:type="spellStart"/>
      <w:r w:rsidR="008A6D97">
        <w:t>tj</w:t>
      </w:r>
      <w:proofErr w:type="spellEnd"/>
      <w:r w:rsidR="008A6D97">
        <w:t xml:space="preserve">. </w:t>
      </w:r>
      <w:proofErr w:type="spellStart"/>
      <w:r w:rsidR="008A6D97">
        <w:t>radničko</w:t>
      </w:r>
      <w:proofErr w:type="spellEnd"/>
      <w:r w:rsidR="008A6D97">
        <w:t xml:space="preserve"> </w:t>
      </w:r>
      <w:proofErr w:type="spellStart"/>
      <w:r w:rsidR="008A6D97">
        <w:t>vijeće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isti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zamjenika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 w:rsidR="002C4235">
        <w:t>izbornog</w:t>
      </w:r>
      <w:proofErr w:type="spellEnd"/>
      <w:r w:rsidR="002C4235">
        <w:t xml:space="preserve"> </w:t>
      </w:r>
      <w:proofErr w:type="spellStart"/>
      <w:r w:rsidR="002C4235">
        <w:t>odbora</w:t>
      </w:r>
      <w:proofErr w:type="spellEnd"/>
      <w:r w:rsidR="008A6D97">
        <w:t xml:space="preserve"> </w:t>
      </w:r>
      <w:proofErr w:type="spellStart"/>
      <w:r w:rsidR="008A6D97">
        <w:t>kao</w:t>
      </w:r>
      <w:proofErr w:type="spellEnd"/>
      <w:r w:rsidR="008A6D97">
        <w:t xml:space="preserve"> I </w:t>
      </w:r>
      <w:proofErr w:type="spellStart"/>
      <w:r w:rsidR="008A6D97">
        <w:t>radničkog</w:t>
      </w:r>
      <w:proofErr w:type="spellEnd"/>
      <w:r w:rsidR="008A6D97">
        <w:t xml:space="preserve"> </w:t>
      </w:r>
      <w:proofErr w:type="spellStart"/>
      <w:r w:rsidR="008A6D97">
        <w:t>vijeća</w:t>
      </w:r>
      <w:proofErr w:type="spellEnd"/>
      <w:r w:rsidR="008A6D97">
        <w:t>.</w:t>
      </w:r>
    </w:p>
    <w:p w14:paraId="4EADBDD1" w14:textId="77777777" w:rsidR="003C6540" w:rsidRDefault="003F0D23" w:rsidP="00A1458E">
      <w:pPr>
        <w:jc w:val="both"/>
      </w:pPr>
      <w:r>
        <w:t>Listi kandidata obavezno se prilaže izjava s potpisima svih kandidata o pristanku na uvrštenje u listu.</w:t>
      </w:r>
    </w:p>
    <w:p w14:paraId="7A57E5EC" w14:textId="77777777" w:rsidR="003C6540" w:rsidRDefault="003F0D23" w:rsidP="00A1458E">
      <w:pPr>
        <w:jc w:val="both"/>
      </w:pPr>
      <w:proofErr w:type="spellStart"/>
      <w:r>
        <w:t>Podnositelj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</w:t>
      </w:r>
      <w:proofErr w:type="spellStart"/>
      <w:r>
        <w:t>kandidata</w:t>
      </w:r>
      <w:proofErr w:type="spellEnd"/>
      <w:r w:rsidR="008A6D97">
        <w:t xml:space="preserve"> u </w:t>
      </w:r>
      <w:proofErr w:type="spellStart"/>
      <w:r w:rsidR="008A6D97">
        <w:t>radničko</w:t>
      </w:r>
      <w:proofErr w:type="spellEnd"/>
      <w:r w:rsidR="008A6D97">
        <w:t xml:space="preserve"> </w:t>
      </w:r>
      <w:proofErr w:type="spellStart"/>
      <w:r w:rsidR="008A6D97">
        <w:t>vijeće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pet </w:t>
      </w:r>
      <w:proofErr w:type="spellStart"/>
      <w:r>
        <w:t>radnih</w:t>
      </w:r>
      <w:proofErr w:type="spellEnd"/>
      <w:r>
        <w:t xml:space="preserve"> dana od dana objave ove odluke odrediti po jednog svog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njegovog</w:t>
      </w:r>
      <w:proofErr w:type="spellEnd"/>
      <w:r>
        <w:t xml:space="preserve"> </w:t>
      </w:r>
      <w:proofErr w:type="spellStart"/>
      <w:r>
        <w:t>zamjenika</w:t>
      </w:r>
      <w:proofErr w:type="spellEnd"/>
      <w:r>
        <w:t xml:space="preserve"> u </w:t>
      </w:r>
      <w:proofErr w:type="spellStart"/>
      <w:r w:rsidR="008A6D97">
        <w:t>Izborni</w:t>
      </w:r>
      <w:proofErr w:type="spellEnd"/>
      <w:r>
        <w:t xml:space="preserve"> </w:t>
      </w:r>
      <w:proofErr w:type="spellStart"/>
      <w:r w:rsidR="00661A72">
        <w:t>odbor</w:t>
      </w:r>
      <w:proofErr w:type="spellEnd"/>
      <w:r w:rsidR="00661A72">
        <w:t>.</w:t>
      </w:r>
    </w:p>
    <w:p w14:paraId="191C7743" w14:textId="77777777" w:rsidR="003C6540" w:rsidRDefault="003F0D23" w:rsidP="002C4235">
      <w:pPr>
        <w:jc w:val="both"/>
      </w:pPr>
      <w:r>
        <w:t xml:space="preserve">Ova </w:t>
      </w:r>
      <w:proofErr w:type="spellStart"/>
      <w:r>
        <w:t>odluka</w:t>
      </w:r>
      <w:proofErr w:type="spellEnd"/>
      <w:r>
        <w:t xml:space="preserve"> </w:t>
      </w:r>
      <w:proofErr w:type="spellStart"/>
      <w:r>
        <w:t>objavljena</w:t>
      </w:r>
      <w:proofErr w:type="spellEnd"/>
      <w:r>
        <w:t xml:space="preserve"> je </w:t>
      </w:r>
      <w:proofErr w:type="spellStart"/>
      <w:r>
        <w:t>na</w:t>
      </w:r>
      <w:proofErr w:type="spellEnd"/>
      <w:r>
        <w:t xml:space="preserve"> svim oglasnim mjestima poslodavca dana </w:t>
      </w:r>
      <w:r w:rsidR="00661A72">
        <w:t>9</w:t>
      </w:r>
      <w:r>
        <w:t xml:space="preserve">. </w:t>
      </w:r>
      <w:proofErr w:type="spellStart"/>
      <w:r w:rsidR="00661A72">
        <w:t>listopada</w:t>
      </w:r>
      <w:proofErr w:type="spellEnd"/>
      <w:r w:rsidR="00661A72">
        <w:t>,</w:t>
      </w:r>
      <w:r>
        <w:t xml:space="preserve"> 2026.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dostavljena</w:t>
      </w:r>
      <w:proofErr w:type="spellEnd"/>
      <w:r>
        <w:t xml:space="preserve"> </w:t>
      </w:r>
      <w:proofErr w:type="spellStart"/>
      <w:r>
        <w:t>poslodavcu</w:t>
      </w:r>
      <w:proofErr w:type="spellEnd"/>
      <w:r>
        <w:t>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608"/>
        <w:gridCol w:w="4752"/>
      </w:tblGrid>
      <w:tr w:rsidR="003C6540" w14:paraId="0F4AF042" w14:textId="77777777">
        <w:trPr>
          <w:jc w:val="center"/>
        </w:trPr>
        <w:tc>
          <w:tcPr>
            <w:tcW w:w="4608" w:type="dxa"/>
          </w:tcPr>
          <w:p w14:paraId="741807CC" w14:textId="77777777" w:rsidR="003C6540" w:rsidRDefault="003C6540"/>
        </w:tc>
        <w:tc>
          <w:tcPr>
            <w:tcW w:w="4752" w:type="dxa"/>
          </w:tcPr>
          <w:p w14:paraId="58F021BB" w14:textId="77777777" w:rsidR="003C6540" w:rsidRDefault="00661A72" w:rsidP="002C4235">
            <w:pPr>
              <w:spacing w:after="40"/>
              <w:jc w:val="center"/>
            </w:pPr>
            <w:r>
              <w:rPr>
                <w:b/>
                <w:sz w:val="20"/>
              </w:rPr>
              <w:t>RADNIČKO VIJEĆE</w:t>
            </w:r>
            <w:r w:rsidR="003F0D23">
              <w:rPr>
                <w:b/>
                <w:sz w:val="20"/>
              </w:rPr>
              <w:br/>
            </w:r>
            <w:r w:rsidR="002C4235">
              <w:rPr>
                <w:b/>
                <w:noProof/>
                <w:sz w:val="20"/>
                <w:lang w:val="hr-HR" w:eastAsia="hr-HR"/>
              </w:rPr>
              <w:drawing>
                <wp:anchor distT="0" distB="0" distL="114300" distR="114300" simplePos="0" relativeHeight="251658240" behindDoc="1" locked="0" layoutInCell="1" allowOverlap="1" wp14:anchorId="69FC6305" wp14:editId="126FB633">
                  <wp:simplePos x="0" y="0"/>
                  <wp:positionH relativeFrom="column">
                    <wp:posOffset>739140</wp:posOffset>
                  </wp:positionH>
                  <wp:positionV relativeFrom="paragraph">
                    <wp:posOffset>178435</wp:posOffset>
                  </wp:positionV>
                  <wp:extent cx="1398270" cy="58039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otpis Lucija.jpg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8270" cy="580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3F0D23">
              <w:rPr>
                <w:b/>
                <w:sz w:val="20"/>
              </w:rPr>
              <w:br/>
            </w:r>
            <w:r w:rsidR="003F0D23">
              <w:rPr>
                <w:sz w:val="20"/>
              </w:rPr>
              <w:t>_____________________________</w:t>
            </w:r>
            <w:r w:rsidR="003F0D23">
              <w:rPr>
                <w:sz w:val="20"/>
              </w:rPr>
              <w:br/>
            </w:r>
            <w:r>
              <w:rPr>
                <w:sz w:val="20"/>
              </w:rPr>
              <w:t>Lucija Dodigović</w:t>
            </w:r>
          </w:p>
        </w:tc>
      </w:tr>
    </w:tbl>
    <w:p w14:paraId="48EFC7FA" w14:textId="77777777" w:rsidR="003C6540" w:rsidRDefault="003F0D23">
      <w:r>
        <w:br w:type="page"/>
      </w:r>
    </w:p>
    <w:p w14:paraId="4A0355B7" w14:textId="77777777" w:rsidR="00A82BE6" w:rsidRDefault="003F0D23">
      <w:pPr>
        <w:spacing w:after="40"/>
        <w:rPr>
          <w:b/>
          <w:color w:val="777777"/>
          <w:sz w:val="19"/>
        </w:rPr>
      </w:pPr>
      <w:r>
        <w:rPr>
          <w:b/>
          <w:color w:val="777777"/>
          <w:sz w:val="19"/>
        </w:rPr>
        <w:lastRenderedPageBreak/>
        <w:br/>
      </w:r>
      <w:r w:rsidR="00A82BE6" w:rsidRPr="00A82BE6">
        <w:rPr>
          <w:b/>
          <w:color w:val="777777"/>
          <w:sz w:val="19"/>
        </w:rPr>
        <w:drawing>
          <wp:inline distT="0" distB="0" distL="0" distR="0" wp14:anchorId="2578C8DC" wp14:editId="0006DC82">
            <wp:extent cx="6385560" cy="7689961"/>
            <wp:effectExtent l="0" t="0" r="0" b="635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t="8832"/>
                    <a:stretch/>
                  </pic:blipFill>
                  <pic:spPr bwMode="auto">
                    <a:xfrm>
                      <a:off x="0" y="0"/>
                      <a:ext cx="6388165" cy="76930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82BE6" w:rsidRPr="00A82BE6">
        <w:rPr>
          <w:b/>
          <w:color w:val="777777"/>
          <w:sz w:val="19"/>
        </w:rPr>
        <w:t xml:space="preserve"> </w:t>
      </w:r>
    </w:p>
    <w:p w14:paraId="7304095C" w14:textId="77777777" w:rsidR="00A82BE6" w:rsidRDefault="00A82BE6">
      <w:pPr>
        <w:spacing w:after="40"/>
        <w:rPr>
          <w:b/>
          <w:color w:val="777777"/>
          <w:sz w:val="19"/>
        </w:rPr>
      </w:pPr>
    </w:p>
    <w:p w14:paraId="6C7D6DC4" w14:textId="77777777" w:rsidR="00A82BE6" w:rsidRDefault="00A82BE6">
      <w:pPr>
        <w:spacing w:after="40"/>
        <w:rPr>
          <w:b/>
          <w:color w:val="777777"/>
          <w:sz w:val="19"/>
        </w:rPr>
      </w:pPr>
    </w:p>
    <w:p w14:paraId="5EDEFBE8" w14:textId="77777777" w:rsidR="00A82BE6" w:rsidRDefault="00A82BE6">
      <w:pPr>
        <w:spacing w:after="40"/>
        <w:rPr>
          <w:b/>
          <w:color w:val="777777"/>
          <w:sz w:val="19"/>
        </w:rPr>
      </w:pPr>
    </w:p>
    <w:p w14:paraId="52E0166C" w14:textId="22E8FA81" w:rsidR="003C6540" w:rsidRDefault="003F0D23">
      <w:pPr>
        <w:spacing w:after="40"/>
      </w:pPr>
      <w:proofErr w:type="spellStart"/>
      <w:r>
        <w:rPr>
          <w:b/>
          <w:color w:val="777777"/>
          <w:sz w:val="19"/>
        </w:rPr>
        <w:t>Obrazac</w:t>
      </w:r>
      <w:proofErr w:type="spellEnd"/>
      <w:r>
        <w:rPr>
          <w:b/>
          <w:color w:val="777777"/>
          <w:sz w:val="19"/>
        </w:rPr>
        <w:t xml:space="preserve"> </w:t>
      </w:r>
      <w:proofErr w:type="spellStart"/>
      <w:r>
        <w:rPr>
          <w:b/>
          <w:color w:val="777777"/>
          <w:sz w:val="19"/>
        </w:rPr>
        <w:t>broj</w:t>
      </w:r>
      <w:proofErr w:type="spellEnd"/>
      <w:r>
        <w:rPr>
          <w:b/>
          <w:color w:val="777777"/>
          <w:sz w:val="19"/>
        </w:rPr>
        <w:t xml:space="preserve"> 11</w:t>
      </w:r>
      <w:r>
        <w:rPr>
          <w:b/>
          <w:color w:val="777777"/>
          <w:sz w:val="19"/>
        </w:rPr>
        <w:br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40"/>
        <w:gridCol w:w="4320"/>
      </w:tblGrid>
      <w:tr w:rsidR="003C6540" w14:paraId="0C4F5ACE" w14:textId="77777777">
        <w:trPr>
          <w:jc w:val="center"/>
        </w:trPr>
        <w:tc>
          <w:tcPr>
            <w:tcW w:w="5040" w:type="dxa"/>
          </w:tcPr>
          <w:p w14:paraId="79C92079" w14:textId="77777777" w:rsidR="003C6540" w:rsidRDefault="003F0D23">
            <w:pPr>
              <w:spacing w:after="0"/>
            </w:pPr>
            <w:r>
              <w:rPr>
                <w:i/>
                <w:sz w:val="20"/>
              </w:rPr>
              <w:t>INSTITUT ZA ANTROPOLOGIJU</w:t>
            </w:r>
            <w:r>
              <w:rPr>
                <w:i/>
                <w:sz w:val="20"/>
              </w:rPr>
              <w:br/>
              <w:t>Zagreb, Ljudevita Gaja 32</w:t>
            </w:r>
          </w:p>
        </w:tc>
        <w:tc>
          <w:tcPr>
            <w:tcW w:w="4320" w:type="dxa"/>
          </w:tcPr>
          <w:p w14:paraId="33EFA9BC" w14:textId="4A12239A" w:rsidR="003C6540" w:rsidRDefault="003F0D23" w:rsidP="00BE6A58">
            <w:pPr>
              <w:spacing w:after="0"/>
              <w:jc w:val="right"/>
            </w:pPr>
            <w:r>
              <w:rPr>
                <w:i/>
                <w:sz w:val="20"/>
              </w:rPr>
              <w:t xml:space="preserve">Zagreb, </w:t>
            </w:r>
            <w:r w:rsidR="00F41E9C" w:rsidRPr="00F41E9C">
              <w:rPr>
                <w:i/>
                <w:sz w:val="20"/>
                <w:highlight w:val="yellow"/>
              </w:rPr>
              <w:t>datum</w:t>
            </w:r>
            <w:r>
              <w:rPr>
                <w:i/>
                <w:sz w:val="20"/>
              </w:rPr>
              <w:t xml:space="preserve"> </w:t>
            </w:r>
            <w:proofErr w:type="spellStart"/>
            <w:r w:rsidR="00BE6A58">
              <w:rPr>
                <w:i/>
                <w:sz w:val="20"/>
              </w:rPr>
              <w:t>listopada</w:t>
            </w:r>
            <w:proofErr w:type="spellEnd"/>
            <w:r>
              <w:rPr>
                <w:i/>
                <w:sz w:val="20"/>
              </w:rPr>
              <w:t xml:space="preserve"> 2026. godine</w:t>
            </w:r>
          </w:p>
        </w:tc>
      </w:tr>
    </w:tbl>
    <w:p w14:paraId="5B5B4B94" w14:textId="77777777" w:rsidR="003C6540" w:rsidRDefault="003C6540">
      <w:pPr>
        <w:spacing w:before="120" w:after="240"/>
      </w:pPr>
    </w:p>
    <w:p w14:paraId="586F5630" w14:textId="77777777" w:rsidR="003C6540" w:rsidRDefault="003F0D23">
      <w:pPr>
        <w:spacing w:before="240" w:after="240"/>
        <w:jc w:val="center"/>
      </w:pPr>
      <w:r>
        <w:rPr>
          <w:b/>
          <w:color w:val="1F4E78"/>
          <w:sz w:val="28"/>
        </w:rPr>
        <w:t>LISTA KANDIDATA ZA ČLANOVE RADNIČKOG VIJEĆA</w:t>
      </w:r>
    </w:p>
    <w:p w14:paraId="424A5F15" w14:textId="5362CE4F" w:rsidR="003C6540" w:rsidRDefault="003F0D23">
      <w:proofErr w:type="spellStart"/>
      <w:r>
        <w:rPr>
          <w:b/>
        </w:rPr>
        <w:t>Podnositelj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liste</w:t>
      </w:r>
      <w:proofErr w:type="spellEnd"/>
      <w:r>
        <w:rPr>
          <w:b/>
        </w:rPr>
        <w:t xml:space="preserve">: </w:t>
      </w:r>
      <w:proofErr w:type="spellStart"/>
      <w:r>
        <w:t>Skupina</w:t>
      </w:r>
      <w:proofErr w:type="spellEnd"/>
      <w:r>
        <w:t xml:space="preserve"> </w:t>
      </w:r>
      <w:proofErr w:type="spellStart"/>
      <w:r>
        <w:t>radnika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priloženog</w:t>
      </w:r>
      <w:proofErr w:type="spellEnd"/>
      <w:r>
        <w:t xml:space="preserve"> </w:t>
      </w:r>
      <w:proofErr w:type="spellStart"/>
      <w:r>
        <w:t>popisa</w:t>
      </w:r>
      <w:proofErr w:type="spellEnd"/>
      <w:r>
        <w:br/>
      </w:r>
      <w:proofErr w:type="spellStart"/>
      <w:r>
        <w:rPr>
          <w:b/>
        </w:rPr>
        <w:t>Nositelj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liste</w:t>
      </w:r>
      <w:proofErr w:type="spellEnd"/>
      <w:r>
        <w:rPr>
          <w:b/>
        </w:rPr>
        <w:t xml:space="preserve"> je: </w:t>
      </w:r>
      <w:r w:rsidR="00F41E9C" w:rsidRPr="00F41E9C">
        <w:rPr>
          <w:highlight w:val="yellow"/>
        </w:rPr>
        <w:t xml:space="preserve">Ime </w:t>
      </w:r>
      <w:proofErr w:type="spellStart"/>
      <w:r w:rsidR="00F41E9C" w:rsidRPr="00F41E9C">
        <w:rPr>
          <w:highlight w:val="yellow"/>
        </w:rPr>
        <w:t>i</w:t>
      </w:r>
      <w:proofErr w:type="spellEnd"/>
      <w:r w:rsidR="00F41E9C" w:rsidRPr="00F41E9C">
        <w:rPr>
          <w:highlight w:val="yellow"/>
        </w:rPr>
        <w:t xml:space="preserve"> </w:t>
      </w:r>
      <w:proofErr w:type="spellStart"/>
      <w:r w:rsidR="00F41E9C" w:rsidRPr="00F41E9C">
        <w:rPr>
          <w:highlight w:val="yellow"/>
        </w:rPr>
        <w:t>prezime</w:t>
      </w:r>
      <w:proofErr w:type="spellEnd"/>
      <w:r w:rsidR="00BE6A58">
        <w:t xml:space="preserve">, </w:t>
      </w:r>
      <w:proofErr w:type="spellStart"/>
      <w:r w:rsidR="00BE6A58">
        <w:t>Institut</w:t>
      </w:r>
      <w:proofErr w:type="spellEnd"/>
      <w:r w:rsidR="00BE6A58">
        <w:t xml:space="preserve"> za antropologiju</w:t>
      </w:r>
    </w:p>
    <w:p w14:paraId="3A2E74D5" w14:textId="77777777" w:rsidR="003C6540" w:rsidRDefault="003F0D23">
      <w:pPr>
        <w:spacing w:before="120"/>
      </w:pPr>
      <w:r>
        <w:rPr>
          <w:b/>
        </w:rPr>
        <w:t>Kandidati za članove radničkog vijeća i njihovi zamjenici: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72"/>
        <w:gridCol w:w="1872"/>
        <w:gridCol w:w="1872"/>
        <w:gridCol w:w="1872"/>
        <w:gridCol w:w="1872"/>
      </w:tblGrid>
      <w:tr w:rsidR="003C6540" w14:paraId="0BF6A9DB" w14:textId="77777777">
        <w:trPr>
          <w:jc w:val="center"/>
        </w:trPr>
        <w:tc>
          <w:tcPr>
            <w:tcW w:w="1872" w:type="dxa"/>
            <w:shd w:val="clear" w:color="auto" w:fill="1F4E78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344DECE" w14:textId="77777777" w:rsidR="003C6540" w:rsidRDefault="003F0D23">
            <w:pPr>
              <w:jc w:val="center"/>
            </w:pPr>
            <w:r>
              <w:rPr>
                <w:b/>
                <w:color w:val="FFFFFF"/>
                <w:sz w:val="19"/>
              </w:rPr>
              <w:t>R. br.</w:t>
            </w:r>
          </w:p>
        </w:tc>
        <w:tc>
          <w:tcPr>
            <w:tcW w:w="1872" w:type="dxa"/>
            <w:shd w:val="clear" w:color="auto" w:fill="1F4E78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4244CFE" w14:textId="77777777" w:rsidR="003C6540" w:rsidRDefault="003F0D23">
            <w:pPr>
              <w:jc w:val="center"/>
            </w:pPr>
            <w:r>
              <w:rPr>
                <w:b/>
                <w:color w:val="FFFFFF"/>
                <w:sz w:val="19"/>
              </w:rPr>
              <w:t>Uloga na listi</w:t>
            </w:r>
          </w:p>
        </w:tc>
        <w:tc>
          <w:tcPr>
            <w:tcW w:w="1872" w:type="dxa"/>
            <w:shd w:val="clear" w:color="auto" w:fill="1F4E78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FAA830B" w14:textId="77777777" w:rsidR="003C6540" w:rsidRDefault="003F0D23">
            <w:pPr>
              <w:jc w:val="center"/>
            </w:pPr>
            <w:r>
              <w:rPr>
                <w:b/>
                <w:color w:val="FFFFFF"/>
                <w:sz w:val="19"/>
              </w:rPr>
              <w:t>Ime i prezime</w:t>
            </w:r>
          </w:p>
        </w:tc>
        <w:tc>
          <w:tcPr>
            <w:tcW w:w="1872" w:type="dxa"/>
            <w:shd w:val="clear" w:color="auto" w:fill="1F4E78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B71FD82" w14:textId="77777777" w:rsidR="003C6540" w:rsidRDefault="003F0D23">
            <w:pPr>
              <w:jc w:val="center"/>
            </w:pPr>
            <w:r>
              <w:rPr>
                <w:b/>
                <w:color w:val="FFFFFF"/>
                <w:sz w:val="19"/>
              </w:rPr>
              <w:t>OIB</w:t>
            </w:r>
          </w:p>
        </w:tc>
        <w:tc>
          <w:tcPr>
            <w:tcW w:w="1872" w:type="dxa"/>
            <w:shd w:val="clear" w:color="auto" w:fill="1F4E78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F174D21" w14:textId="77777777" w:rsidR="003C6540" w:rsidRDefault="003F0D23">
            <w:pPr>
              <w:jc w:val="center"/>
            </w:pPr>
            <w:r>
              <w:rPr>
                <w:b/>
                <w:color w:val="FFFFFF"/>
                <w:sz w:val="19"/>
              </w:rPr>
              <w:t>Ustrojstveni dio</w:t>
            </w:r>
          </w:p>
        </w:tc>
      </w:tr>
      <w:tr w:rsidR="003C6540" w14:paraId="73CE4957" w14:textId="77777777">
        <w:trPr>
          <w:jc w:val="center"/>
        </w:trPr>
        <w:tc>
          <w:tcPr>
            <w:tcW w:w="187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2F4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DEF93F" w14:textId="77777777" w:rsidR="003C6540" w:rsidRDefault="003F0D23">
            <w:pPr>
              <w:spacing w:after="0"/>
            </w:pPr>
            <w:r>
              <w:rPr>
                <w:sz w:val="19"/>
              </w:rPr>
              <w:t>1</w:t>
            </w:r>
          </w:p>
        </w:tc>
        <w:tc>
          <w:tcPr>
            <w:tcW w:w="187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2F4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0CB2B0" w14:textId="77777777" w:rsidR="003C6540" w:rsidRDefault="003F0D23">
            <w:pPr>
              <w:spacing w:after="0"/>
            </w:pPr>
            <w:r>
              <w:rPr>
                <w:sz w:val="19"/>
              </w:rPr>
              <w:t>Kandidat za člana 1.</w:t>
            </w:r>
          </w:p>
        </w:tc>
        <w:tc>
          <w:tcPr>
            <w:tcW w:w="187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2F4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2FEABE" w14:textId="073280C1" w:rsidR="003C6540" w:rsidRDefault="00F41E9C">
            <w:pPr>
              <w:spacing w:after="0"/>
            </w:pPr>
            <w:r w:rsidRPr="00F41E9C">
              <w:rPr>
                <w:highlight w:val="yellow"/>
              </w:rPr>
              <w:t xml:space="preserve">Ime </w:t>
            </w:r>
            <w:proofErr w:type="spellStart"/>
            <w:r w:rsidRPr="00F41E9C">
              <w:rPr>
                <w:highlight w:val="yellow"/>
              </w:rPr>
              <w:t>i</w:t>
            </w:r>
            <w:proofErr w:type="spellEnd"/>
            <w:r w:rsidRPr="00F41E9C">
              <w:rPr>
                <w:highlight w:val="yellow"/>
              </w:rPr>
              <w:t xml:space="preserve"> </w:t>
            </w:r>
            <w:proofErr w:type="spellStart"/>
            <w:r w:rsidRPr="00F41E9C">
              <w:rPr>
                <w:highlight w:val="yellow"/>
              </w:rPr>
              <w:t>prezime</w:t>
            </w:r>
            <w:proofErr w:type="spellEnd"/>
          </w:p>
        </w:tc>
        <w:tc>
          <w:tcPr>
            <w:tcW w:w="187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2F4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4D6EF0" w14:textId="0C168906" w:rsidR="003C6540" w:rsidRDefault="00F41E9C">
            <w:pPr>
              <w:spacing w:after="0"/>
            </w:pPr>
            <w:proofErr w:type="spellStart"/>
            <w:r w:rsidRPr="00F41E9C">
              <w:rPr>
                <w:highlight w:val="yellow"/>
              </w:rPr>
              <w:t>broj</w:t>
            </w:r>
            <w:proofErr w:type="spellEnd"/>
          </w:p>
        </w:tc>
        <w:tc>
          <w:tcPr>
            <w:tcW w:w="187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2F4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A5C6F3" w14:textId="77777777" w:rsidR="003C6540" w:rsidRDefault="003F0D23">
            <w:pPr>
              <w:spacing w:after="0"/>
            </w:pPr>
            <w:r>
              <w:rPr>
                <w:sz w:val="19"/>
              </w:rPr>
              <w:t>Institut za antropologiju</w:t>
            </w:r>
          </w:p>
        </w:tc>
      </w:tr>
      <w:tr w:rsidR="003C6540" w14:paraId="5123E38B" w14:textId="77777777">
        <w:trPr>
          <w:jc w:val="center"/>
        </w:trPr>
        <w:tc>
          <w:tcPr>
            <w:tcW w:w="187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E0928E" w14:textId="77777777" w:rsidR="003C6540" w:rsidRDefault="003F0D23">
            <w:pPr>
              <w:spacing w:after="0"/>
            </w:pPr>
            <w:r>
              <w:rPr>
                <w:sz w:val="19"/>
              </w:rPr>
              <w:t>2</w:t>
            </w:r>
          </w:p>
        </w:tc>
        <w:tc>
          <w:tcPr>
            <w:tcW w:w="187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63267C" w14:textId="77777777" w:rsidR="003C6540" w:rsidRDefault="003F0D23">
            <w:pPr>
              <w:spacing w:after="0"/>
            </w:pPr>
            <w:r>
              <w:rPr>
                <w:sz w:val="19"/>
              </w:rPr>
              <w:t>Zamjenik člana 1.</w:t>
            </w:r>
          </w:p>
        </w:tc>
        <w:tc>
          <w:tcPr>
            <w:tcW w:w="187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C80ECE" w14:textId="0BB2B799" w:rsidR="003C6540" w:rsidRDefault="00F41E9C">
            <w:pPr>
              <w:spacing w:after="0"/>
            </w:pPr>
            <w:r w:rsidRPr="00F41E9C">
              <w:rPr>
                <w:highlight w:val="yellow"/>
              </w:rPr>
              <w:t xml:space="preserve">Ime </w:t>
            </w:r>
            <w:proofErr w:type="spellStart"/>
            <w:r w:rsidRPr="00F41E9C">
              <w:rPr>
                <w:highlight w:val="yellow"/>
              </w:rPr>
              <w:t>i</w:t>
            </w:r>
            <w:proofErr w:type="spellEnd"/>
            <w:r w:rsidRPr="00F41E9C">
              <w:rPr>
                <w:highlight w:val="yellow"/>
              </w:rPr>
              <w:t xml:space="preserve"> </w:t>
            </w:r>
            <w:proofErr w:type="spellStart"/>
            <w:r w:rsidRPr="00F41E9C">
              <w:rPr>
                <w:highlight w:val="yellow"/>
              </w:rPr>
              <w:t>prezime</w:t>
            </w:r>
            <w:proofErr w:type="spellEnd"/>
          </w:p>
        </w:tc>
        <w:tc>
          <w:tcPr>
            <w:tcW w:w="187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ECD1AC" w14:textId="3887DB13" w:rsidR="003C6540" w:rsidRDefault="00F41E9C">
            <w:pPr>
              <w:spacing w:after="0"/>
            </w:pPr>
            <w:proofErr w:type="spellStart"/>
            <w:r w:rsidRPr="00F41E9C">
              <w:rPr>
                <w:highlight w:val="yellow"/>
              </w:rPr>
              <w:t>broj</w:t>
            </w:r>
            <w:proofErr w:type="spellEnd"/>
          </w:p>
        </w:tc>
        <w:tc>
          <w:tcPr>
            <w:tcW w:w="187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349ACF" w14:textId="77777777" w:rsidR="003C6540" w:rsidRDefault="003F0D23">
            <w:pPr>
              <w:spacing w:after="0"/>
            </w:pPr>
            <w:r>
              <w:rPr>
                <w:sz w:val="19"/>
              </w:rPr>
              <w:t>Institut za antropologiju</w:t>
            </w:r>
          </w:p>
        </w:tc>
      </w:tr>
    </w:tbl>
    <w:p w14:paraId="68DD3E5C" w14:textId="77777777" w:rsidR="003C6540" w:rsidRDefault="003F0D23">
      <w:pPr>
        <w:spacing w:before="240"/>
      </w:pPr>
      <w:proofErr w:type="spellStart"/>
      <w:r>
        <w:rPr>
          <w:i/>
          <w:sz w:val="19"/>
        </w:rPr>
        <w:t>Napomena</w:t>
      </w:r>
      <w:proofErr w:type="spellEnd"/>
      <w:r>
        <w:rPr>
          <w:i/>
          <w:sz w:val="19"/>
        </w:rPr>
        <w:t xml:space="preserve">: </w:t>
      </w:r>
      <w:proofErr w:type="spellStart"/>
      <w:r>
        <w:rPr>
          <w:i/>
          <w:sz w:val="19"/>
        </w:rPr>
        <w:t>Listi</w:t>
      </w:r>
      <w:proofErr w:type="spellEnd"/>
      <w:r>
        <w:rPr>
          <w:i/>
          <w:sz w:val="19"/>
        </w:rPr>
        <w:t xml:space="preserve"> </w:t>
      </w:r>
      <w:proofErr w:type="spellStart"/>
      <w:r>
        <w:rPr>
          <w:i/>
          <w:sz w:val="19"/>
        </w:rPr>
        <w:t>kandidata</w:t>
      </w:r>
      <w:proofErr w:type="spellEnd"/>
      <w:r>
        <w:rPr>
          <w:i/>
          <w:sz w:val="19"/>
        </w:rPr>
        <w:t xml:space="preserve"> </w:t>
      </w:r>
      <w:proofErr w:type="spellStart"/>
      <w:r>
        <w:rPr>
          <w:i/>
          <w:sz w:val="19"/>
        </w:rPr>
        <w:t>obavezno</w:t>
      </w:r>
      <w:proofErr w:type="spellEnd"/>
      <w:r>
        <w:rPr>
          <w:i/>
          <w:sz w:val="19"/>
        </w:rPr>
        <w:t xml:space="preserve"> se prilaže Izjava o pristanku na uvrštenje u listu kandidata s potpisima svih kandidata (Obrazac broj 12).</w:t>
      </w:r>
    </w:p>
    <w:p w14:paraId="0AAE3AB9" w14:textId="77777777" w:rsidR="003C6540" w:rsidRDefault="003C6540">
      <w:pPr>
        <w:spacing w:before="36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608"/>
        <w:gridCol w:w="4752"/>
      </w:tblGrid>
      <w:tr w:rsidR="003C6540" w14:paraId="427E6127" w14:textId="77777777">
        <w:trPr>
          <w:jc w:val="center"/>
        </w:trPr>
        <w:tc>
          <w:tcPr>
            <w:tcW w:w="4608" w:type="dxa"/>
          </w:tcPr>
          <w:p w14:paraId="590F82E1" w14:textId="77777777" w:rsidR="003C6540" w:rsidRDefault="003C6540"/>
        </w:tc>
        <w:tc>
          <w:tcPr>
            <w:tcW w:w="4752" w:type="dxa"/>
          </w:tcPr>
          <w:p w14:paraId="431CCA01" w14:textId="77777777" w:rsidR="003C6540" w:rsidRDefault="003F0D23">
            <w:pPr>
              <w:spacing w:after="40"/>
              <w:jc w:val="center"/>
            </w:pPr>
            <w:r>
              <w:rPr>
                <w:b/>
                <w:sz w:val="20"/>
              </w:rPr>
              <w:t>ZA PODNOSITELJA LISTE</w:t>
            </w:r>
            <w:r>
              <w:rPr>
                <w:b/>
                <w:sz w:val="20"/>
              </w:rPr>
              <w:br/>
            </w:r>
            <w:r>
              <w:rPr>
                <w:b/>
                <w:sz w:val="20"/>
              </w:rPr>
              <w:br/>
            </w:r>
            <w:r>
              <w:rPr>
                <w:b/>
                <w:sz w:val="20"/>
              </w:rPr>
              <w:br/>
            </w:r>
            <w:r>
              <w:rPr>
                <w:b/>
                <w:sz w:val="20"/>
              </w:rPr>
              <w:br/>
            </w:r>
            <w:r>
              <w:rPr>
                <w:sz w:val="20"/>
              </w:rPr>
              <w:t>_____________________________</w:t>
            </w:r>
            <w:r>
              <w:rPr>
                <w:sz w:val="20"/>
              </w:rPr>
              <w:br/>
              <w:t>(Potpis ovlaštene osobe / Predstavnika)</w:t>
            </w:r>
          </w:p>
        </w:tc>
      </w:tr>
    </w:tbl>
    <w:p w14:paraId="0561F860" w14:textId="77777777" w:rsidR="003C6540" w:rsidRDefault="003F0D23">
      <w:r>
        <w:br w:type="page"/>
      </w:r>
    </w:p>
    <w:p w14:paraId="1A82413C" w14:textId="77777777" w:rsidR="003C6540" w:rsidRDefault="003F0D23">
      <w:pPr>
        <w:spacing w:after="40"/>
      </w:pPr>
      <w:r>
        <w:rPr>
          <w:b/>
          <w:color w:val="777777"/>
          <w:sz w:val="19"/>
        </w:rPr>
        <w:lastRenderedPageBreak/>
        <w:t>Obrazac broj 12</w:t>
      </w:r>
      <w:r>
        <w:rPr>
          <w:b/>
          <w:color w:val="777777"/>
          <w:sz w:val="19"/>
        </w:rPr>
        <w:br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40"/>
        <w:gridCol w:w="4320"/>
      </w:tblGrid>
      <w:tr w:rsidR="003C6540" w14:paraId="3A3B6675" w14:textId="77777777">
        <w:trPr>
          <w:jc w:val="center"/>
        </w:trPr>
        <w:tc>
          <w:tcPr>
            <w:tcW w:w="5040" w:type="dxa"/>
          </w:tcPr>
          <w:p w14:paraId="120D63C8" w14:textId="77777777" w:rsidR="003C6540" w:rsidRDefault="003F0D23">
            <w:pPr>
              <w:spacing w:after="0"/>
            </w:pPr>
            <w:r>
              <w:rPr>
                <w:i/>
                <w:sz w:val="20"/>
              </w:rPr>
              <w:t>INSTITUT ZA ANTROPOLOGIJU</w:t>
            </w:r>
            <w:r>
              <w:rPr>
                <w:i/>
                <w:sz w:val="20"/>
              </w:rPr>
              <w:br/>
              <w:t>Zagreb, Ljudevita Gaja 32</w:t>
            </w:r>
          </w:p>
        </w:tc>
        <w:tc>
          <w:tcPr>
            <w:tcW w:w="4320" w:type="dxa"/>
          </w:tcPr>
          <w:p w14:paraId="26B99FFD" w14:textId="39836E9D" w:rsidR="003C6540" w:rsidRDefault="003F0D23" w:rsidP="00BE6A58">
            <w:pPr>
              <w:spacing w:after="0"/>
              <w:jc w:val="right"/>
            </w:pPr>
            <w:r>
              <w:rPr>
                <w:i/>
                <w:sz w:val="20"/>
              </w:rPr>
              <w:t xml:space="preserve">Zagreb, </w:t>
            </w:r>
            <w:r w:rsidR="00F41E9C" w:rsidRPr="00F41E9C">
              <w:rPr>
                <w:i/>
                <w:sz w:val="20"/>
                <w:highlight w:val="yellow"/>
              </w:rPr>
              <w:t>datum</w:t>
            </w:r>
            <w:r>
              <w:rPr>
                <w:i/>
                <w:sz w:val="20"/>
              </w:rPr>
              <w:t xml:space="preserve"> </w:t>
            </w:r>
            <w:proofErr w:type="spellStart"/>
            <w:r w:rsidR="00BE6A58">
              <w:rPr>
                <w:i/>
                <w:sz w:val="20"/>
              </w:rPr>
              <w:t>listopada</w:t>
            </w:r>
            <w:proofErr w:type="spellEnd"/>
            <w:r w:rsidR="00BE6A58">
              <w:rPr>
                <w:i/>
                <w:sz w:val="20"/>
              </w:rPr>
              <w:t xml:space="preserve"> </w:t>
            </w:r>
            <w:r>
              <w:rPr>
                <w:i/>
                <w:sz w:val="20"/>
              </w:rPr>
              <w:t>2026. godine</w:t>
            </w:r>
          </w:p>
        </w:tc>
      </w:tr>
    </w:tbl>
    <w:p w14:paraId="13D65D2A" w14:textId="77777777" w:rsidR="003C6540" w:rsidRDefault="003C6540">
      <w:pPr>
        <w:spacing w:before="120" w:after="240"/>
      </w:pPr>
    </w:p>
    <w:p w14:paraId="21C0D2C0" w14:textId="77777777" w:rsidR="003C6540" w:rsidRDefault="003F0D23">
      <w:pPr>
        <w:spacing w:before="240" w:after="240"/>
        <w:jc w:val="center"/>
      </w:pPr>
      <w:r>
        <w:rPr>
          <w:b/>
          <w:color w:val="1F4E78"/>
          <w:sz w:val="28"/>
        </w:rPr>
        <w:t>IZJAVA O PRISTANKU NA UVRŠTENJE U LISTU KANDIDATA ZA ČLANOVE RADNIČKOG VIJEĆA I ZAMJENIKE ČLANOVA RADNIČKOG VIJEĆA</w:t>
      </w:r>
    </w:p>
    <w:p w14:paraId="7D61D5F4" w14:textId="50B9BC79" w:rsidR="003C6540" w:rsidRDefault="00A1458E" w:rsidP="00A1458E">
      <w:pPr>
        <w:jc w:val="both"/>
      </w:pPr>
      <w:r>
        <w:t>Mi</w:t>
      </w:r>
      <w:r w:rsidR="003F0D23">
        <w:t xml:space="preserve">, </w:t>
      </w:r>
      <w:proofErr w:type="spellStart"/>
      <w:r w:rsidR="003F0D23">
        <w:t>dolje</w:t>
      </w:r>
      <w:proofErr w:type="spellEnd"/>
      <w:r w:rsidR="003F0D23">
        <w:t xml:space="preserve"> </w:t>
      </w:r>
      <w:proofErr w:type="spellStart"/>
      <w:r w:rsidR="003F0D23">
        <w:t>potpisani</w:t>
      </w:r>
      <w:proofErr w:type="spellEnd"/>
      <w:r w:rsidR="003F0D23">
        <w:t xml:space="preserve"> </w:t>
      </w:r>
      <w:proofErr w:type="spellStart"/>
      <w:r w:rsidR="003F0D23">
        <w:t>radnici</w:t>
      </w:r>
      <w:proofErr w:type="spellEnd"/>
      <w:r w:rsidR="003F0D23">
        <w:t xml:space="preserve"> Instituta za antropologiju, ovime dajemo izričitu izjavu i pristanak da nas se uvrsti na Listu kandidata za članove i zamjenike članova radničkog </w:t>
      </w:r>
      <w:proofErr w:type="spellStart"/>
      <w:r w:rsidR="003F0D23">
        <w:t>vijeća</w:t>
      </w:r>
      <w:proofErr w:type="spellEnd"/>
      <w:r w:rsidR="003F0D23">
        <w:t xml:space="preserve"> </w:t>
      </w:r>
      <w:proofErr w:type="spellStart"/>
      <w:r w:rsidR="003F0D23">
        <w:t>čiji</w:t>
      </w:r>
      <w:proofErr w:type="spellEnd"/>
      <w:r w:rsidR="003F0D23">
        <w:t xml:space="preserve"> je </w:t>
      </w:r>
      <w:proofErr w:type="spellStart"/>
      <w:r w:rsidR="003F0D23">
        <w:t>nositelj</w:t>
      </w:r>
      <w:proofErr w:type="spellEnd"/>
      <w:r w:rsidR="003F0D23">
        <w:t xml:space="preserve"> </w:t>
      </w:r>
      <w:proofErr w:type="spellStart"/>
      <w:r w:rsidR="003F0D23">
        <w:t>liste</w:t>
      </w:r>
      <w:proofErr w:type="spellEnd"/>
      <w:r w:rsidR="003F0D23">
        <w:t xml:space="preserve"> </w:t>
      </w:r>
      <w:r w:rsidR="00F41E9C" w:rsidRPr="00F41E9C">
        <w:rPr>
          <w:highlight w:val="yellow"/>
        </w:rPr>
        <w:t xml:space="preserve">Ime </w:t>
      </w:r>
      <w:proofErr w:type="spellStart"/>
      <w:r w:rsidR="00F41E9C" w:rsidRPr="00F41E9C">
        <w:rPr>
          <w:highlight w:val="yellow"/>
        </w:rPr>
        <w:t>i</w:t>
      </w:r>
      <w:proofErr w:type="spellEnd"/>
      <w:r w:rsidR="00F41E9C" w:rsidRPr="00F41E9C">
        <w:rPr>
          <w:highlight w:val="yellow"/>
        </w:rPr>
        <w:t xml:space="preserve"> </w:t>
      </w:r>
      <w:proofErr w:type="spellStart"/>
      <w:r w:rsidR="00F41E9C" w:rsidRPr="00F41E9C">
        <w:rPr>
          <w:highlight w:val="yellow"/>
        </w:rPr>
        <w:t>prezime</w:t>
      </w:r>
      <w:proofErr w:type="spellEnd"/>
      <w:r w:rsidR="003F0D23">
        <w:t xml:space="preserve"> </w:t>
      </w:r>
      <w:proofErr w:type="spellStart"/>
      <w:r w:rsidR="003F0D23">
        <w:t>na</w:t>
      </w:r>
      <w:proofErr w:type="spellEnd"/>
      <w:r w:rsidR="003F0D23">
        <w:t xml:space="preserve"> </w:t>
      </w:r>
      <w:proofErr w:type="spellStart"/>
      <w:r w:rsidR="003F0D23">
        <w:t>izborima</w:t>
      </w:r>
      <w:proofErr w:type="spellEnd"/>
      <w:r w:rsidR="003F0D23">
        <w:t xml:space="preserve"> za </w:t>
      </w:r>
      <w:proofErr w:type="spellStart"/>
      <w:r w:rsidR="003F0D23">
        <w:t>radničko</w:t>
      </w:r>
      <w:proofErr w:type="spellEnd"/>
      <w:r w:rsidR="003F0D23">
        <w:t xml:space="preserve"> </w:t>
      </w:r>
      <w:proofErr w:type="spellStart"/>
      <w:r w:rsidR="003F0D23">
        <w:t>vijeće</w:t>
      </w:r>
      <w:proofErr w:type="spellEnd"/>
      <w:r w:rsidR="003F0D23">
        <w:t>.</w:t>
      </w:r>
    </w:p>
    <w:p w14:paraId="2D59F96A" w14:textId="77777777" w:rsidR="003C6540" w:rsidRDefault="003F0D23">
      <w:pPr>
        <w:spacing w:before="120"/>
      </w:pPr>
      <w:r>
        <w:rPr>
          <w:b/>
        </w:rPr>
        <w:t>Popis kandidata i vlastoručni potpisi pristanka: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72"/>
        <w:gridCol w:w="1872"/>
        <w:gridCol w:w="1872"/>
        <w:gridCol w:w="1872"/>
        <w:gridCol w:w="1872"/>
      </w:tblGrid>
      <w:tr w:rsidR="003C6540" w14:paraId="0C8E0EA5" w14:textId="77777777">
        <w:trPr>
          <w:jc w:val="center"/>
        </w:trPr>
        <w:tc>
          <w:tcPr>
            <w:tcW w:w="1872" w:type="dxa"/>
            <w:shd w:val="clear" w:color="auto" w:fill="1F4E78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FC21013" w14:textId="77777777" w:rsidR="003C6540" w:rsidRDefault="003F0D23">
            <w:pPr>
              <w:jc w:val="center"/>
            </w:pPr>
            <w:r>
              <w:rPr>
                <w:b/>
                <w:color w:val="FFFFFF"/>
                <w:sz w:val="19"/>
              </w:rPr>
              <w:t>R. br.</w:t>
            </w:r>
          </w:p>
        </w:tc>
        <w:tc>
          <w:tcPr>
            <w:tcW w:w="1872" w:type="dxa"/>
            <w:shd w:val="clear" w:color="auto" w:fill="1F4E78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2EFAE6E" w14:textId="77777777" w:rsidR="003C6540" w:rsidRDefault="003F0D23">
            <w:pPr>
              <w:jc w:val="center"/>
            </w:pPr>
            <w:r>
              <w:rPr>
                <w:b/>
                <w:color w:val="FFFFFF"/>
                <w:sz w:val="19"/>
              </w:rPr>
              <w:t>Ime i prezime</w:t>
            </w:r>
          </w:p>
        </w:tc>
        <w:tc>
          <w:tcPr>
            <w:tcW w:w="1872" w:type="dxa"/>
            <w:shd w:val="clear" w:color="auto" w:fill="1F4E78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0035973" w14:textId="77777777" w:rsidR="003C6540" w:rsidRDefault="003F0D23">
            <w:pPr>
              <w:jc w:val="center"/>
            </w:pPr>
            <w:r>
              <w:rPr>
                <w:b/>
                <w:color w:val="FFFFFF"/>
                <w:sz w:val="19"/>
              </w:rPr>
              <w:t>OIB</w:t>
            </w:r>
          </w:p>
        </w:tc>
        <w:tc>
          <w:tcPr>
            <w:tcW w:w="1872" w:type="dxa"/>
            <w:shd w:val="clear" w:color="auto" w:fill="1F4E78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B8B600D" w14:textId="77777777" w:rsidR="003C6540" w:rsidRDefault="003F0D23">
            <w:pPr>
              <w:jc w:val="center"/>
            </w:pPr>
            <w:r>
              <w:rPr>
                <w:b/>
                <w:color w:val="FFFFFF"/>
                <w:sz w:val="19"/>
              </w:rPr>
              <w:t>Kandidatura za (član / zamjenik)</w:t>
            </w:r>
          </w:p>
        </w:tc>
        <w:tc>
          <w:tcPr>
            <w:tcW w:w="1872" w:type="dxa"/>
            <w:shd w:val="clear" w:color="auto" w:fill="1F4E78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CF0CA50" w14:textId="77777777" w:rsidR="003C6540" w:rsidRDefault="003F0D23">
            <w:pPr>
              <w:jc w:val="center"/>
            </w:pPr>
            <w:r>
              <w:rPr>
                <w:b/>
                <w:color w:val="FFFFFF"/>
                <w:sz w:val="19"/>
              </w:rPr>
              <w:t>Vlastoručni potpis</w:t>
            </w:r>
          </w:p>
        </w:tc>
      </w:tr>
      <w:tr w:rsidR="003C6540" w14:paraId="6E3DEFB0" w14:textId="77777777">
        <w:trPr>
          <w:jc w:val="center"/>
        </w:trPr>
        <w:tc>
          <w:tcPr>
            <w:tcW w:w="187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2F4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D49088" w14:textId="77777777" w:rsidR="003C6540" w:rsidRDefault="003F0D23">
            <w:pPr>
              <w:spacing w:after="0"/>
            </w:pPr>
            <w:r>
              <w:rPr>
                <w:sz w:val="19"/>
              </w:rPr>
              <w:t>1</w:t>
            </w:r>
          </w:p>
        </w:tc>
        <w:tc>
          <w:tcPr>
            <w:tcW w:w="187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2F4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B97AE9" w14:textId="201540A9" w:rsidR="003C6540" w:rsidRDefault="00F41E9C">
            <w:pPr>
              <w:spacing w:after="0"/>
            </w:pPr>
            <w:r w:rsidRPr="00F41E9C">
              <w:rPr>
                <w:highlight w:val="yellow"/>
              </w:rPr>
              <w:t xml:space="preserve">Ime </w:t>
            </w:r>
            <w:proofErr w:type="spellStart"/>
            <w:r w:rsidRPr="00F41E9C">
              <w:rPr>
                <w:highlight w:val="yellow"/>
              </w:rPr>
              <w:t>i</w:t>
            </w:r>
            <w:proofErr w:type="spellEnd"/>
            <w:r w:rsidRPr="00F41E9C">
              <w:rPr>
                <w:highlight w:val="yellow"/>
              </w:rPr>
              <w:t xml:space="preserve"> </w:t>
            </w:r>
            <w:proofErr w:type="spellStart"/>
            <w:r w:rsidRPr="00F41E9C">
              <w:rPr>
                <w:highlight w:val="yellow"/>
              </w:rPr>
              <w:t>prezime</w:t>
            </w:r>
            <w:proofErr w:type="spellEnd"/>
          </w:p>
        </w:tc>
        <w:tc>
          <w:tcPr>
            <w:tcW w:w="187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2F4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AD1DC1" w14:textId="405ABAD5" w:rsidR="003C6540" w:rsidRDefault="00F41E9C">
            <w:pPr>
              <w:spacing w:after="0"/>
            </w:pPr>
            <w:proofErr w:type="spellStart"/>
            <w:r w:rsidRPr="00F41E9C">
              <w:rPr>
                <w:highlight w:val="yellow"/>
              </w:rPr>
              <w:t>broj</w:t>
            </w:r>
            <w:proofErr w:type="spellEnd"/>
          </w:p>
        </w:tc>
        <w:tc>
          <w:tcPr>
            <w:tcW w:w="187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2F4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5B382D" w14:textId="77777777" w:rsidR="003C6540" w:rsidRDefault="003F0D23">
            <w:pPr>
              <w:spacing w:after="0"/>
            </w:pPr>
            <w:r>
              <w:rPr>
                <w:sz w:val="19"/>
              </w:rPr>
              <w:t>Član</w:t>
            </w:r>
          </w:p>
        </w:tc>
        <w:tc>
          <w:tcPr>
            <w:tcW w:w="187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2F4F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86DFA1" w14:textId="77777777" w:rsidR="003C6540" w:rsidRDefault="003C6540">
            <w:pPr>
              <w:spacing w:after="0"/>
            </w:pPr>
          </w:p>
        </w:tc>
      </w:tr>
      <w:tr w:rsidR="003C6540" w14:paraId="59986956" w14:textId="77777777">
        <w:trPr>
          <w:jc w:val="center"/>
        </w:trPr>
        <w:tc>
          <w:tcPr>
            <w:tcW w:w="187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2128B9" w14:textId="77777777" w:rsidR="003C6540" w:rsidRDefault="003F0D23">
            <w:pPr>
              <w:spacing w:after="0"/>
            </w:pPr>
            <w:r>
              <w:rPr>
                <w:sz w:val="19"/>
              </w:rPr>
              <w:t>2</w:t>
            </w:r>
          </w:p>
        </w:tc>
        <w:tc>
          <w:tcPr>
            <w:tcW w:w="187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242FB9" w14:textId="41A5F596" w:rsidR="003C6540" w:rsidRDefault="00F41E9C">
            <w:pPr>
              <w:spacing w:after="0"/>
            </w:pPr>
            <w:r w:rsidRPr="00F41E9C">
              <w:rPr>
                <w:highlight w:val="yellow"/>
              </w:rPr>
              <w:t xml:space="preserve">Ime </w:t>
            </w:r>
            <w:proofErr w:type="spellStart"/>
            <w:r w:rsidRPr="00F41E9C">
              <w:rPr>
                <w:highlight w:val="yellow"/>
              </w:rPr>
              <w:t>i</w:t>
            </w:r>
            <w:proofErr w:type="spellEnd"/>
            <w:r w:rsidRPr="00F41E9C">
              <w:rPr>
                <w:highlight w:val="yellow"/>
              </w:rPr>
              <w:t xml:space="preserve"> </w:t>
            </w:r>
            <w:proofErr w:type="spellStart"/>
            <w:r w:rsidRPr="00F41E9C">
              <w:rPr>
                <w:highlight w:val="yellow"/>
              </w:rPr>
              <w:t>prezime</w:t>
            </w:r>
            <w:proofErr w:type="spellEnd"/>
          </w:p>
        </w:tc>
        <w:tc>
          <w:tcPr>
            <w:tcW w:w="187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47C956" w14:textId="67CE94E5" w:rsidR="003C6540" w:rsidRDefault="00F41E9C">
            <w:pPr>
              <w:spacing w:after="0"/>
            </w:pPr>
            <w:proofErr w:type="spellStart"/>
            <w:r w:rsidRPr="00F41E9C">
              <w:rPr>
                <w:highlight w:val="yellow"/>
              </w:rPr>
              <w:t>broj</w:t>
            </w:r>
            <w:proofErr w:type="spellEnd"/>
          </w:p>
        </w:tc>
        <w:tc>
          <w:tcPr>
            <w:tcW w:w="187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03CF1F" w14:textId="77777777" w:rsidR="003C6540" w:rsidRDefault="003F0D23">
            <w:pPr>
              <w:spacing w:after="0"/>
            </w:pPr>
            <w:r>
              <w:rPr>
                <w:sz w:val="19"/>
              </w:rPr>
              <w:t>Zamjenik</w:t>
            </w:r>
          </w:p>
        </w:tc>
        <w:tc>
          <w:tcPr>
            <w:tcW w:w="187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2D9ACB" w14:textId="77777777" w:rsidR="003C6540" w:rsidRDefault="003C6540">
            <w:pPr>
              <w:spacing w:after="0"/>
            </w:pPr>
          </w:p>
        </w:tc>
      </w:tr>
    </w:tbl>
    <w:p w14:paraId="566BF20E" w14:textId="75F67608" w:rsidR="003C6540" w:rsidRDefault="003F0D23" w:rsidP="00A82BE6">
      <w:pPr>
        <w:spacing w:before="360"/>
      </w:pPr>
      <w:r>
        <w:t xml:space="preserve">U </w:t>
      </w:r>
      <w:proofErr w:type="spellStart"/>
      <w:r>
        <w:t>Zagrebu</w:t>
      </w:r>
      <w:proofErr w:type="spellEnd"/>
      <w:r>
        <w:t xml:space="preserve">, dana </w:t>
      </w:r>
      <w:r w:rsidR="00F41E9C" w:rsidRPr="00F41E9C">
        <w:rPr>
          <w:i/>
          <w:sz w:val="20"/>
          <w:highlight w:val="yellow"/>
        </w:rPr>
        <w:t>datum</w:t>
      </w:r>
      <w:r>
        <w:t xml:space="preserve"> </w:t>
      </w:r>
      <w:proofErr w:type="spellStart"/>
      <w:r w:rsidR="00BE6A58">
        <w:t>listopada</w:t>
      </w:r>
      <w:proofErr w:type="spellEnd"/>
      <w:r>
        <w:t xml:space="preserve"> 2026. </w:t>
      </w:r>
      <w:proofErr w:type="spellStart"/>
      <w:r>
        <w:t>godine</w:t>
      </w:r>
      <w:proofErr w:type="spellEnd"/>
      <w:r>
        <w:rPr>
          <w:b/>
          <w:color w:val="777777"/>
          <w:sz w:val="19"/>
        </w:rPr>
        <w:br/>
      </w:r>
    </w:p>
    <w:sectPr w:rsidR="003C6540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66814840">
    <w:abstractNumId w:val="8"/>
  </w:num>
  <w:num w:numId="2" w16cid:durableId="909313088">
    <w:abstractNumId w:val="6"/>
  </w:num>
  <w:num w:numId="3" w16cid:durableId="914632069">
    <w:abstractNumId w:val="5"/>
  </w:num>
  <w:num w:numId="4" w16cid:durableId="957184087">
    <w:abstractNumId w:val="4"/>
  </w:num>
  <w:num w:numId="5" w16cid:durableId="1401054498">
    <w:abstractNumId w:val="7"/>
  </w:num>
  <w:num w:numId="6" w16cid:durableId="300114562">
    <w:abstractNumId w:val="3"/>
  </w:num>
  <w:num w:numId="7" w16cid:durableId="1471744888">
    <w:abstractNumId w:val="2"/>
  </w:num>
  <w:num w:numId="8" w16cid:durableId="1241132624">
    <w:abstractNumId w:val="1"/>
  </w:num>
  <w:num w:numId="9" w16cid:durableId="501570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5185"/>
    <w:rsid w:val="0015074B"/>
    <w:rsid w:val="0029639D"/>
    <w:rsid w:val="002C4235"/>
    <w:rsid w:val="00326F90"/>
    <w:rsid w:val="003373BB"/>
    <w:rsid w:val="003C6540"/>
    <w:rsid w:val="003F0D23"/>
    <w:rsid w:val="00661A72"/>
    <w:rsid w:val="008A6D97"/>
    <w:rsid w:val="0094500D"/>
    <w:rsid w:val="0098205D"/>
    <w:rsid w:val="00A1458E"/>
    <w:rsid w:val="00A82BE6"/>
    <w:rsid w:val="00AA1D8D"/>
    <w:rsid w:val="00B47730"/>
    <w:rsid w:val="00BC6C60"/>
    <w:rsid w:val="00BE6A58"/>
    <w:rsid w:val="00BF2843"/>
    <w:rsid w:val="00C51E59"/>
    <w:rsid w:val="00C6372C"/>
    <w:rsid w:val="00CB0664"/>
    <w:rsid w:val="00D86071"/>
    <w:rsid w:val="00ED1604"/>
    <w:rsid w:val="00F41E9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2F4477"/>
  <w14:defaultImageDpi w14:val="300"/>
  <w15:docId w15:val="{B9744738-D543-4B4D-A79D-B2CE82C6F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color w:val="222222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kstbalonia">
    <w:name w:val="Balloon Text"/>
    <w:basedOn w:val="Normal"/>
    <w:link w:val="TekstbaloniaChar"/>
    <w:uiPriority w:val="99"/>
    <w:semiHidden/>
    <w:unhideWhenUsed/>
    <w:rsid w:val="00BF28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F2843"/>
    <w:rPr>
      <w:rFonts w:ascii="Segoe UI" w:hAnsi="Segoe UI" w:cs="Segoe UI"/>
      <w:color w:val="22222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78A4212-53D6-4E5A-B8E2-92B85CAB1C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506</Words>
  <Characters>2887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3387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Recenzent</cp:lastModifiedBy>
  <cp:revision>2</cp:revision>
  <cp:lastPrinted>2026-10-19T10:40:00Z</cp:lastPrinted>
  <dcterms:created xsi:type="dcterms:W3CDTF">2026-10-19T10:48:00Z</dcterms:created>
  <dcterms:modified xsi:type="dcterms:W3CDTF">2026-10-19T10:48:00Z</dcterms:modified>
  <cp:category/>
</cp:coreProperties>
</file>